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IZJAVA SVEDOKA</w:t>
      </w:r>
    </w:p>
    <w:p>
      <w:pPr>
        <w:jc w:val="center"/>
      </w:pPr>
      <w:r>
        <w:rPr>
          <w:rFonts w:ascii="Times New Roman" w:hAnsi="Times New Roman"/>
          <w:i/>
          <w:sz w:val="20"/>
        </w:rPr>
        <w:t>Rekvizit za društvenu igru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Referentni broj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DSG-2026-041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Datum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30.04.2026.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Vreme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18:23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Ime i prezime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Danijel Ilić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Datum rođenja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18.08.1998.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Mesto rođenja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Mirijevo IV, Beograd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Starost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27 godina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Zanimanje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Konobar</w:t>
            </w:r>
          </w:p>
        </w:tc>
      </w:tr>
    </w:tbl>
    <w:p/>
    <w:p>
      <w:r>
        <w:rPr>
          <w:rFonts w:ascii="Times New Roman" w:hAnsi="Times New Roman"/>
          <w:b/>
          <w:sz w:val="24"/>
        </w:rPr>
        <w:t>Izjava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Dana 23.04.2026. godine nalazio sam se na svom radnom mestu u restoranu „Kaldrma“.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Oko 00:00 časova u restoran su došli redovni gosti Milan Balović, zvani Bale, i Aleksandar Ilić. Milan Balović naručio je čašu viskija Jack Daniel's, dok je Aleksandar Ilić naručio čašu belog vina.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Nakon toga naručili su po jedan srednje pečen biftek i jednu Šopsku salatu. U restoranu nije bilo drugih gostiju, jer je radno vreme završeno u 23:00 časa. Na njihovu molbu omogućeno im je da ostanu nakon radnog vremena, budući da su dugogodišnji gosti i u dobrim odnosima sa vlasnikom restorana, gospodinom Milanom.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Tokom posluživanja nisam primetio svađu niti ponašanje koje bi ukazivalo na mogući sukob. Ostatak događaja nisam lično video.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Ovu izjavu dajem dobrovoljno kao deo fikcionalnog scenarija društvene igre.</w:t>
      </w:r>
    </w:p>
    <w:p>
      <w:pPr>
        <w:spacing w:before="560"/>
      </w:pPr>
      <w:r>
        <w:rPr>
          <w:rFonts w:ascii="Times New Roman" w:hAnsi="Times New Roman"/>
        </w:rPr>
        <w:t>Svedok: Danijel Ilić</w:t>
        <w:br/>
        <w:br/>
        <w:t>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